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ageBreakBefore w:val="0"/>
      </w:pPr>
      <w:r>
        <w:t>Medical history form</w:t>
      </w:r>
    </w:p>
    <w:p>
      <w:r>
        <w:rPr>
          <w:sz w:val="18"/>
        </w:rPr>
        <w:t>Use this form to prepare for an adult primary care visit. Use your own words. Write unknown if you are unsure, none only when that is your answer, or prefer to discuss privately. A blank answer does not mean no. Use your clinic's form if required. Return your completed copy only through the clinic's approved method; do not send it to Vero.</w:t>
      </w:r>
    </w:p>
    <w:p>
      <w:r>
        <w:rPr>
          <w:sz w:val="18"/>
        </w:rPr>
        <w:t>Write unknown, none, prefer to discuss privately, or your answer. Do not leave the team to guess.</w:t>
      </w:r>
    </w:p>
    <w:p>
      <w:pPr>
        <w:pStyle w:val="Heading1"/>
      </w:pPr>
      <w:r>
        <w:t>Your details</w:t>
      </w:r>
    </w:p>
    <w:tbl>
      <w:tblPr>
        <w:tblW w:type="auto" w:w="0"/>
        <w:tblLayout w:type="fixed"/>
        <w:tblLook w:firstColumn="1" w:firstRow="1" w:lastColumn="0" w:lastRow="0" w:noHBand="0" w:noVBand="1" w:val="04A0"/>
      </w:tblPr>
      <w:tblGrid>
        <w:gridCol w:w="10512"/>
      </w:tblGrid>
      <w:tr>
        <w:trPr>
          <w:trHeight w:val="880" w:hRule="atLeast"/>
          <w:cantSplit/>
        </w:trPr>
        <w:tc>
          <w:tcPr>
            <w:tcW w:type="dxa" w:w="10512"/>
            <w:vAlign w:val="center"/>
            <w:tcBorders>
              <w:top w:val="single" w:sz="4" w:color="D9D9D9"/>
              <w:left w:val="single" w:sz="4" w:color="D9D9D9"/>
              <w:bottom w:val="single" w:sz="4" w:color="D9D9D9"/>
              <w:right w:val="single" w:sz="4" w:color="D9D9D9"/>
              <w:insideH w:val="single" w:sz="4" w:color="D9D9D9"/>
              <w:insideV w:val="single" w:sz="4" w:color="D9D9D9"/>
            </w:tcBorders>
            <w:tcMar>
              <w:top w:w="85" w:type="dxa"/>
              <w:left w:w="85" w:type="dxa"/>
              <w:bottom w:w="85" w:type="dxa"/>
              <w:right w:w="85" w:type="dxa"/>
            </w:tcMar>
          </w:tcPr>
          <w:p>
            <w:pPr>
              <w:spacing w:after="20"/>
            </w:pPr>
            <w:r>
              <w:t>Your name and the patient identifier your clinic asks for</w:t>
            </w:r>
          </w:p>
          <w:p>
            <w:pPr>
              <w:spacing w:after="80" w:line="240" w:lineRule="auto"/>
            </w:pPr>
          </w:p>
        </w:tc>
      </w:tr>
      <w:tr>
        <w:trPr>
          <w:trHeight w:val="880" w:hRule="atLeast"/>
          <w:cantSplit/>
        </w:trPr>
        <w:tc>
          <w:tcPr>
            <w:tcW w:type="dxa" w:w="10512"/>
            <w:vAlign w:val="center"/>
            <w:tcBorders>
              <w:top w:val="single" w:sz="4" w:color="D9D9D9"/>
              <w:left w:val="single" w:sz="4" w:color="D9D9D9"/>
              <w:bottom w:val="single" w:sz="4" w:color="D9D9D9"/>
              <w:right w:val="single" w:sz="4" w:color="D9D9D9"/>
              <w:insideH w:val="single" w:sz="4" w:color="D9D9D9"/>
              <w:insideV w:val="single" w:sz="4" w:color="D9D9D9"/>
            </w:tcBorders>
            <w:tcMar>
              <w:top w:w="85" w:type="dxa"/>
              <w:left w:w="85" w:type="dxa"/>
              <w:bottom w:w="85" w:type="dxa"/>
              <w:right w:w="85" w:type="dxa"/>
            </w:tcMar>
          </w:tcPr>
          <w:p>
            <w:pPr>
              <w:spacing w:after="20"/>
            </w:pPr>
            <w:r>
              <w:t>Date completed and appointment date</w:t>
            </w:r>
          </w:p>
          <w:p>
            <w:pPr>
              <w:spacing w:after="80" w:line="240" w:lineRule="auto"/>
            </w:pPr>
          </w:p>
        </w:tc>
      </w:tr>
      <w:tr>
        <w:trPr>
          <w:trHeight w:val="880" w:hRule="atLeast"/>
          <w:cantSplit/>
        </w:trPr>
        <w:tc>
          <w:tcPr>
            <w:tcW w:type="dxa" w:w="10512"/>
            <w:vAlign w:val="center"/>
            <w:tcBorders>
              <w:top w:val="single" w:sz="4" w:color="D9D9D9"/>
              <w:left w:val="single" w:sz="4" w:color="D9D9D9"/>
              <w:bottom w:val="single" w:sz="4" w:color="D9D9D9"/>
              <w:right w:val="single" w:sz="4" w:color="D9D9D9"/>
              <w:insideH w:val="single" w:sz="4" w:color="D9D9D9"/>
              <w:insideV w:val="single" w:sz="4" w:color="D9D9D9"/>
            </w:tcBorders>
            <w:tcMar>
              <w:top w:w="85" w:type="dxa"/>
              <w:left w:w="85" w:type="dxa"/>
              <w:bottom w:w="85" w:type="dxa"/>
              <w:right w:w="85" w:type="dxa"/>
            </w:tcMar>
          </w:tcPr>
          <w:p>
            <w:pPr>
              <w:spacing w:after="20"/>
            </w:pPr>
            <w:r>
              <w:t>Who answered these questions? Who helped or interpreted?</w:t>
            </w:r>
          </w:p>
          <w:p>
            <w:pPr>
              <w:spacing w:after="80" w:line="240" w:lineRule="auto"/>
            </w:pPr>
          </w:p>
        </w:tc>
      </w:tr>
      <w:tr>
        <w:trPr>
          <w:trHeight w:val="880" w:hRule="atLeast"/>
          <w:cantSplit/>
        </w:trPr>
        <w:tc>
          <w:tcPr>
            <w:tcW w:type="dxa" w:w="10512"/>
            <w:vAlign w:val="center"/>
            <w:tcBorders>
              <w:top w:val="single" w:sz="4" w:color="D9D9D9"/>
              <w:left w:val="single" w:sz="4" w:color="D9D9D9"/>
              <w:bottom w:val="single" w:sz="4" w:color="D9D9D9"/>
              <w:right w:val="single" w:sz="4" w:color="D9D9D9"/>
              <w:insideH w:val="single" w:sz="4" w:color="D9D9D9"/>
              <w:insideV w:val="single" w:sz="4" w:color="D9D9D9"/>
            </w:tcBorders>
            <w:tcMar>
              <w:top w:w="85" w:type="dxa"/>
              <w:left w:w="85" w:type="dxa"/>
              <w:bottom w:w="85" w:type="dxa"/>
              <w:right w:w="85" w:type="dxa"/>
            </w:tcMar>
          </w:tcPr>
          <w:p>
            <w:pPr>
              <w:spacing w:after="20"/>
            </w:pPr>
            <w:r>
              <w:t>Name you use, preferred language, and any help with reading, hearing, seeing or completing the form</w:t>
            </w:r>
          </w:p>
          <w:p>
            <w:pPr>
              <w:spacing w:after="80" w:line="240" w:lineRule="auto"/>
            </w:pPr>
          </w:p>
        </w:tc>
      </w:tr>
      <w:tr>
        <w:trPr>
          <w:trHeight w:val="880" w:hRule="atLeast"/>
          <w:cantSplit/>
        </w:trPr>
        <w:tc>
          <w:tcPr>
            <w:tcW w:type="dxa" w:w="10512"/>
            <w:vAlign w:val="center"/>
            <w:tcBorders>
              <w:top w:val="single" w:sz="4" w:color="D9D9D9"/>
              <w:left w:val="single" w:sz="4" w:color="D9D9D9"/>
              <w:bottom w:val="single" w:sz="4" w:color="D9D9D9"/>
              <w:right w:val="single" w:sz="4" w:color="D9D9D9"/>
              <w:insideH w:val="single" w:sz="4" w:color="D9D9D9"/>
              <w:insideV w:val="single" w:sz="4" w:color="D9D9D9"/>
            </w:tcBorders>
            <w:tcMar>
              <w:top w:w="85" w:type="dxa"/>
              <w:left w:w="85" w:type="dxa"/>
              <w:bottom w:w="85" w:type="dxa"/>
              <w:right w:w="85" w:type="dxa"/>
            </w:tcMar>
          </w:tcPr>
          <w:p>
            <w:pPr>
              <w:spacing w:after="20"/>
            </w:pPr>
            <w:r>
              <w:t>How can the clinic safely contact you? What should they avoid putting in a message?</w:t>
            </w:r>
          </w:p>
          <w:p>
            <w:pPr>
              <w:spacing w:after="80" w:line="240" w:lineRule="auto"/>
            </w:pPr>
          </w:p>
        </w:tc>
      </w:tr>
      <w:tr>
        <w:trPr>
          <w:trHeight w:val="880" w:hRule="atLeast"/>
          <w:cantSplit/>
        </w:trPr>
        <w:tc>
          <w:tcPr>
            <w:tcW w:type="dxa" w:w="10512"/>
            <w:vAlign w:val="center"/>
            <w:tcBorders>
              <w:top w:val="single" w:sz="4" w:color="D9D9D9"/>
              <w:left w:val="single" w:sz="4" w:color="D9D9D9"/>
              <w:bottom w:val="single" w:sz="4" w:color="D9D9D9"/>
              <w:right w:val="single" w:sz="4" w:color="D9D9D9"/>
              <w:insideH w:val="single" w:sz="4" w:color="D9D9D9"/>
              <w:insideV w:val="single" w:sz="4" w:color="D9D9D9"/>
            </w:tcBorders>
            <w:tcMar>
              <w:top w:w="85" w:type="dxa"/>
              <w:left w:w="85" w:type="dxa"/>
              <w:bottom w:w="85" w:type="dxa"/>
              <w:right w:w="85" w:type="dxa"/>
            </w:tcMar>
          </w:tcPr>
          <w:p>
            <w:pPr>
              <w:spacing w:after="20"/>
            </w:pPr>
            <w:r>
              <w:t>Usual doctor, other care teams and pharmacy, if known</w:t>
            </w:r>
          </w:p>
          <w:p>
            <w:pPr>
              <w:spacing w:after="80" w:line="240" w:lineRule="auto"/>
            </w:pPr>
          </w:p>
        </w:tc>
      </w:tr>
      <w:tr>
        <w:trPr>
          <w:trHeight w:val="880" w:hRule="atLeast"/>
          <w:cantSplit/>
        </w:trPr>
        <w:tc>
          <w:tcPr>
            <w:tcW w:type="dxa" w:w="10512"/>
            <w:vAlign w:val="center"/>
            <w:tcBorders>
              <w:top w:val="single" w:sz="4" w:color="D9D9D9"/>
              <w:left w:val="single" w:sz="4" w:color="D9D9D9"/>
              <w:bottom w:val="single" w:sz="4" w:color="D9D9D9"/>
              <w:right w:val="single" w:sz="4" w:color="D9D9D9"/>
              <w:insideH w:val="single" w:sz="4" w:color="D9D9D9"/>
              <w:insideV w:val="single" w:sz="4" w:color="D9D9D9"/>
            </w:tcBorders>
            <w:tcMar>
              <w:top w:w="85" w:type="dxa"/>
              <w:left w:w="85" w:type="dxa"/>
              <w:bottom w:w="85" w:type="dxa"/>
              <w:right w:w="85" w:type="dxa"/>
            </w:tcMar>
          </w:tcPr>
          <w:p>
            <w:pPr>
              <w:spacing w:after="20"/>
            </w:pPr>
            <w:r>
              <w:t>What changes or concerns would you like to discuss today?</w:t>
            </w:r>
          </w:p>
          <w:p>
            <w:pPr>
              <w:spacing w:after="80" w:line="240" w:lineRule="auto"/>
            </w:pPr>
          </w:p>
        </w:tc>
      </w:tr>
    </w:tbl>
    <w:p>
      <w:pPr>
        <w:pStyle w:val="Title"/>
        <w:pageBreakBefore/>
      </w:pPr>
      <w:r>
        <w:t>Past and ongoing health</w:t>
      </w:r>
    </w:p>
    <w:p>
      <w:r>
        <w:rPr>
          <w:sz w:val="18"/>
        </w:rPr>
        <w:t>Name or clinic identifier: ______________________________  Date: ______________</w:t>
      </w:r>
    </w:p>
    <w:p>
      <w:r>
        <w:rPr>
          <w:sz w:val="18"/>
        </w:rPr>
        <w:t>Write unknown, none, prefer to discuss privately, or your answer. Do not leave the team to guess.</w:t>
      </w:r>
    </w:p>
    <w:p>
      <w:r>
        <w:rPr>
          <w:sz w:val="18"/>
        </w:rPr>
        <w:t>Add another page for more conditions or procedures. Label approximate dates as approximate.</w:t>
      </w:r>
    </w:p>
    <w:p>
      <w:pPr>
        <w:pStyle w:val="Heading1"/>
      </w:pPr>
      <w:r>
        <w:t>Your health history</w:t>
      </w:r>
    </w:p>
    <w:tbl>
      <w:tblPr>
        <w:tblW w:type="auto" w:w="0"/>
        <w:tblLayout w:type="fixed"/>
        <w:tblLook w:firstColumn="1" w:firstRow="1" w:lastColumn="0" w:lastRow="0" w:noHBand="0" w:noVBand="1" w:val="04A0"/>
      </w:tblPr>
      <w:tblGrid>
        <w:gridCol w:w="10512"/>
      </w:tblGrid>
      <w:tr>
        <w:trPr>
          <w:trHeight w:val="880" w:hRule="atLeast"/>
          <w:cantSplit/>
        </w:trPr>
        <w:tc>
          <w:tcPr>
            <w:tcW w:type="dxa" w:w="10512"/>
            <w:vAlign w:val="center"/>
            <w:tcBorders>
              <w:top w:val="single" w:sz="4" w:color="D9D9D9"/>
              <w:left w:val="single" w:sz="4" w:color="D9D9D9"/>
              <w:bottom w:val="single" w:sz="4" w:color="D9D9D9"/>
              <w:right w:val="single" w:sz="4" w:color="D9D9D9"/>
              <w:insideH w:val="single" w:sz="4" w:color="D9D9D9"/>
              <w:insideV w:val="single" w:sz="4" w:color="D9D9D9"/>
            </w:tcBorders>
            <w:tcMar>
              <w:top w:w="85" w:type="dxa"/>
              <w:left w:w="85" w:type="dxa"/>
              <w:bottom w:w="85" w:type="dxa"/>
              <w:right w:w="85" w:type="dxa"/>
            </w:tcMar>
          </w:tcPr>
          <w:p>
            <w:pPr>
              <w:spacing w:after="20"/>
            </w:pPr>
            <w:r>
              <w:t>What conditions or health concerns have you had? When did they start, and how are they affecting you now?</w:t>
            </w:r>
          </w:p>
          <w:p>
            <w:pPr>
              <w:spacing w:after="80" w:line="240" w:lineRule="auto"/>
            </w:pPr>
          </w:p>
        </w:tc>
      </w:tr>
      <w:tr>
        <w:trPr>
          <w:trHeight w:val="880" w:hRule="atLeast"/>
          <w:cantSplit/>
        </w:trPr>
        <w:tc>
          <w:tcPr>
            <w:tcW w:type="dxa" w:w="10512"/>
            <w:vAlign w:val="center"/>
            <w:tcBorders>
              <w:top w:val="single" w:sz="4" w:color="D9D9D9"/>
              <w:left w:val="single" w:sz="4" w:color="D9D9D9"/>
              <w:bottom w:val="single" w:sz="4" w:color="D9D9D9"/>
              <w:right w:val="single" w:sz="4" w:color="D9D9D9"/>
              <w:insideH w:val="single" w:sz="4" w:color="D9D9D9"/>
              <w:insideV w:val="single" w:sz="4" w:color="D9D9D9"/>
            </w:tcBorders>
            <w:tcMar>
              <w:top w:w="85" w:type="dxa"/>
              <w:left w:w="85" w:type="dxa"/>
              <w:bottom w:w="85" w:type="dxa"/>
              <w:right w:w="85" w:type="dxa"/>
            </w:tcMar>
          </w:tcPr>
          <w:p>
            <w:pPr>
              <w:spacing w:after="20"/>
            </w:pPr>
            <w:r>
              <w:t>Who told you about the condition? Which records or care teams could help confirm it?</w:t>
            </w:r>
          </w:p>
          <w:p>
            <w:pPr>
              <w:spacing w:after="80" w:line="240" w:lineRule="auto"/>
            </w:pPr>
          </w:p>
        </w:tc>
      </w:tr>
      <w:tr>
        <w:trPr>
          <w:trHeight w:val="880" w:hRule="atLeast"/>
          <w:cantSplit/>
        </w:trPr>
        <w:tc>
          <w:tcPr>
            <w:tcW w:type="dxa" w:w="10512"/>
            <w:vAlign w:val="center"/>
            <w:tcBorders>
              <w:top w:val="single" w:sz="4" w:color="D9D9D9"/>
              <w:left w:val="single" w:sz="4" w:color="D9D9D9"/>
              <w:bottom w:val="single" w:sz="4" w:color="D9D9D9"/>
              <w:right w:val="single" w:sz="4" w:color="D9D9D9"/>
              <w:insideH w:val="single" w:sz="4" w:color="D9D9D9"/>
              <w:insideV w:val="single" w:sz="4" w:color="D9D9D9"/>
            </w:tcBorders>
            <w:tcMar>
              <w:top w:w="85" w:type="dxa"/>
              <w:left w:w="85" w:type="dxa"/>
              <w:bottom w:w="85" w:type="dxa"/>
              <w:right w:w="85" w:type="dxa"/>
            </w:tcMar>
          </w:tcPr>
          <w:p>
            <w:pPr>
              <w:spacing w:after="20"/>
            </w:pPr>
            <w:r>
              <w:t>Operations, procedures or major injuries: what happened, roughly when, why, and any problems afterward?</w:t>
            </w:r>
          </w:p>
          <w:p>
            <w:pPr>
              <w:spacing w:after="80" w:line="240" w:lineRule="auto"/>
            </w:pPr>
          </w:p>
        </w:tc>
      </w:tr>
      <w:tr>
        <w:trPr>
          <w:trHeight w:val="880" w:hRule="atLeast"/>
          <w:cantSplit/>
        </w:trPr>
        <w:tc>
          <w:tcPr>
            <w:tcW w:type="dxa" w:w="10512"/>
            <w:vAlign w:val="center"/>
            <w:tcBorders>
              <w:top w:val="single" w:sz="4" w:color="D9D9D9"/>
              <w:left w:val="single" w:sz="4" w:color="D9D9D9"/>
              <w:bottom w:val="single" w:sz="4" w:color="D9D9D9"/>
              <w:right w:val="single" w:sz="4" w:color="D9D9D9"/>
              <w:insideH w:val="single" w:sz="4" w:color="D9D9D9"/>
              <w:insideV w:val="single" w:sz="4" w:color="D9D9D9"/>
            </w:tcBorders>
            <w:tcMar>
              <w:top w:w="85" w:type="dxa"/>
              <w:left w:w="85" w:type="dxa"/>
              <w:bottom w:w="85" w:type="dxa"/>
              <w:right w:w="85" w:type="dxa"/>
            </w:tcMar>
          </w:tcPr>
          <w:p>
            <w:pPr>
              <w:spacing w:after="20"/>
            </w:pPr>
            <w:r>
              <w:t>Hospital stays: when, why, and any discharge papers you can bring?</w:t>
            </w:r>
          </w:p>
          <w:p>
            <w:pPr>
              <w:spacing w:after="80" w:line="240" w:lineRule="auto"/>
            </w:pPr>
          </w:p>
        </w:tc>
      </w:tr>
      <w:tr>
        <w:trPr>
          <w:trHeight w:val="880" w:hRule="atLeast"/>
          <w:cantSplit/>
        </w:trPr>
        <w:tc>
          <w:tcPr>
            <w:tcW w:type="dxa" w:w="10512"/>
            <w:vAlign w:val="center"/>
            <w:tcBorders>
              <w:top w:val="single" w:sz="4" w:color="D9D9D9"/>
              <w:left w:val="single" w:sz="4" w:color="D9D9D9"/>
              <w:bottom w:val="single" w:sz="4" w:color="D9D9D9"/>
              <w:right w:val="single" w:sz="4" w:color="D9D9D9"/>
              <w:insideH w:val="single" w:sz="4" w:color="D9D9D9"/>
              <w:insideV w:val="single" w:sz="4" w:color="D9D9D9"/>
            </w:tcBorders>
            <w:tcMar>
              <w:top w:w="85" w:type="dxa"/>
              <w:left w:w="85" w:type="dxa"/>
              <w:bottom w:w="85" w:type="dxa"/>
              <w:right w:w="85" w:type="dxa"/>
            </w:tcMar>
          </w:tcPr>
          <w:p>
            <w:pPr>
              <w:spacing w:after="20"/>
            </w:pPr>
            <w:r>
              <w:t>Vaccination or screening records you have: date and where they are kept</w:t>
            </w:r>
          </w:p>
          <w:p>
            <w:pPr>
              <w:spacing w:after="80" w:line="240" w:lineRule="auto"/>
            </w:pPr>
          </w:p>
        </w:tc>
      </w:tr>
      <w:tr>
        <w:trPr>
          <w:trHeight w:val="880" w:hRule="atLeast"/>
          <w:cantSplit/>
        </w:trPr>
        <w:tc>
          <w:tcPr>
            <w:tcW w:type="dxa" w:w="10512"/>
            <w:vAlign w:val="center"/>
            <w:tcBorders>
              <w:top w:val="single" w:sz="4" w:color="D9D9D9"/>
              <w:left w:val="single" w:sz="4" w:color="D9D9D9"/>
              <w:bottom w:val="single" w:sz="4" w:color="D9D9D9"/>
              <w:right w:val="single" w:sz="4" w:color="D9D9D9"/>
              <w:insideH w:val="single" w:sz="4" w:color="D9D9D9"/>
              <w:insideV w:val="single" w:sz="4" w:color="D9D9D9"/>
            </w:tcBorders>
            <w:tcMar>
              <w:top w:w="85" w:type="dxa"/>
              <w:left w:w="85" w:type="dxa"/>
              <w:bottom w:w="85" w:type="dxa"/>
              <w:right w:w="85" w:type="dxa"/>
            </w:tcMar>
          </w:tcPr>
          <w:p>
            <w:pPr>
              <w:spacing w:after="20"/>
            </w:pPr>
            <w:r>
              <w:t>Other health history you want the team to know, including mental or reproductive health if relevant</w:t>
            </w:r>
          </w:p>
          <w:p>
            <w:pPr>
              <w:spacing w:after="80" w:line="240" w:lineRule="auto"/>
            </w:pPr>
          </w:p>
        </w:tc>
      </w:tr>
    </w:tbl>
    <w:p>
      <w:pPr>
        <w:pStyle w:val="Title"/>
        <w:pageBreakBefore/>
      </w:pPr>
      <w:r>
        <w:t>Medicines and supplements</w:t>
      </w:r>
    </w:p>
    <w:p>
      <w:r>
        <w:rPr>
          <w:sz w:val="18"/>
        </w:rPr>
        <w:t>Name or clinic identifier: ______________________________  Date: ______________</w:t>
      </w:r>
    </w:p>
    <w:p>
      <w:r>
        <w:rPr>
          <w:sz w:val="18"/>
        </w:rPr>
        <w:t>Write unknown, none, prefer to discuss privately, or your answer. Do not leave the team to guess.</w:t>
      </w:r>
    </w:p>
    <w:p>
      <w:r>
        <w:rPr>
          <w:sz w:val="18"/>
        </w:rPr>
        <w:t>Include prescribed medicines, shop-bought medicines, vitamins and herbal products, even occasional use. Use one record per item. Copy this page or add rows in Word for more items.</w:t>
      </w:r>
    </w:p>
    <w:p>
      <w:pPr>
        <w:pStyle w:val="Heading1"/>
      </w:pPr>
      <w:r>
        <w:t>Medicine or supplement 1</w:t>
      </w:r>
    </w:p>
    <w:tbl>
      <w:tblPr>
        <w:tblW w:type="auto" w:w="0"/>
        <w:tblLayout w:type="fixed"/>
        <w:tblLook w:firstColumn="1" w:firstRow="1" w:lastColumn="0" w:lastRow="0" w:noHBand="0" w:noVBand="1" w:val="04A0"/>
      </w:tblPr>
      <w:tblGrid>
        <w:gridCol w:w="10512"/>
      </w:tblGrid>
      <w:tr>
        <w:trPr>
          <w:trHeight w:val="880" w:hRule="atLeast"/>
          <w:cantSplit/>
        </w:trPr>
        <w:tc>
          <w:tcPr>
            <w:tcW w:type="dxa" w:w="10512"/>
            <w:vAlign w:val="center"/>
            <w:tcBorders>
              <w:top w:val="single" w:sz="4" w:color="D9D9D9"/>
              <w:left w:val="single" w:sz="4" w:color="D9D9D9"/>
              <w:bottom w:val="single" w:sz="4" w:color="D9D9D9"/>
              <w:right w:val="single" w:sz="4" w:color="D9D9D9"/>
              <w:insideH w:val="single" w:sz="4" w:color="D9D9D9"/>
              <w:insideV w:val="single" w:sz="4" w:color="D9D9D9"/>
            </w:tcBorders>
            <w:tcMar>
              <w:top w:w="85" w:type="dxa"/>
              <w:left w:w="85" w:type="dxa"/>
              <w:bottom w:w="85" w:type="dxa"/>
              <w:right w:w="85" w:type="dxa"/>
            </w:tcMar>
          </w:tcPr>
          <w:p>
            <w:pPr>
              <w:spacing w:after="20"/>
            </w:pPr>
            <w:r>
              <w:t>Name, strength on the label, and type such as tablet, liquid or cream</w:t>
            </w:r>
          </w:p>
          <w:p>
            <w:pPr>
              <w:spacing w:after="80" w:line="240" w:lineRule="auto"/>
            </w:pPr>
          </w:p>
        </w:tc>
      </w:tr>
      <w:tr>
        <w:trPr>
          <w:trHeight w:val="880" w:hRule="atLeast"/>
          <w:cantSplit/>
        </w:trPr>
        <w:tc>
          <w:tcPr>
            <w:tcW w:type="dxa" w:w="10512"/>
            <w:vAlign w:val="center"/>
            <w:tcBorders>
              <w:top w:val="single" w:sz="4" w:color="D9D9D9"/>
              <w:left w:val="single" w:sz="4" w:color="D9D9D9"/>
              <w:bottom w:val="single" w:sz="4" w:color="D9D9D9"/>
              <w:right w:val="single" w:sz="4" w:color="D9D9D9"/>
              <w:insideH w:val="single" w:sz="4" w:color="D9D9D9"/>
              <w:insideV w:val="single" w:sz="4" w:color="D9D9D9"/>
            </w:tcBorders>
            <w:tcMar>
              <w:top w:w="85" w:type="dxa"/>
              <w:left w:w="85" w:type="dxa"/>
              <w:bottom w:w="85" w:type="dxa"/>
              <w:right w:w="85" w:type="dxa"/>
            </w:tcMar>
          </w:tcPr>
          <w:p>
            <w:pPr>
              <w:spacing w:after="20"/>
            </w:pPr>
            <w:r>
              <w:t>How much do you actually use, how do you take or apply it, and how often? When did you last use it, if known?</w:t>
            </w:r>
          </w:p>
          <w:p>
            <w:pPr>
              <w:spacing w:after="80" w:line="240" w:lineRule="auto"/>
            </w:pPr>
          </w:p>
        </w:tc>
      </w:tr>
      <w:tr>
        <w:trPr>
          <w:trHeight w:val="880" w:hRule="atLeast"/>
          <w:cantSplit/>
        </w:trPr>
        <w:tc>
          <w:tcPr>
            <w:tcW w:type="dxa" w:w="10512"/>
            <w:vAlign w:val="center"/>
            <w:tcBorders>
              <w:top w:val="single" w:sz="4" w:color="D9D9D9"/>
              <w:left w:val="single" w:sz="4" w:color="D9D9D9"/>
              <w:bottom w:val="single" w:sz="4" w:color="D9D9D9"/>
              <w:right w:val="single" w:sz="4" w:color="D9D9D9"/>
              <w:insideH w:val="single" w:sz="4" w:color="D9D9D9"/>
              <w:insideV w:val="single" w:sz="4" w:color="D9D9D9"/>
            </w:tcBorders>
            <w:tcMar>
              <w:top w:w="85" w:type="dxa"/>
              <w:left w:w="85" w:type="dxa"/>
              <w:bottom w:w="85" w:type="dxa"/>
              <w:right w:w="85" w:type="dxa"/>
            </w:tcMar>
          </w:tcPr>
          <w:p>
            <w:pPr>
              <w:spacing w:after="20"/>
            </w:pPr>
            <w:r>
              <w:t>What is it for, if known? Who prescribed or suggested it? What package or list could you show the team?</w:t>
            </w:r>
          </w:p>
          <w:p>
            <w:pPr>
              <w:spacing w:after="80" w:line="240" w:lineRule="auto"/>
            </w:pPr>
          </w:p>
        </w:tc>
      </w:tr>
      <w:tr>
        <w:trPr>
          <w:trHeight w:val="880" w:hRule="atLeast"/>
          <w:cantSplit/>
        </w:trPr>
        <w:tc>
          <w:tcPr>
            <w:tcW w:type="dxa" w:w="10512"/>
            <w:vAlign w:val="center"/>
            <w:tcBorders>
              <w:top w:val="single" w:sz="4" w:color="D9D9D9"/>
              <w:left w:val="single" w:sz="4" w:color="D9D9D9"/>
              <w:bottom w:val="single" w:sz="4" w:color="D9D9D9"/>
              <w:right w:val="single" w:sz="4" w:color="D9D9D9"/>
              <w:insideH w:val="single" w:sz="4" w:color="D9D9D9"/>
              <w:insideV w:val="single" w:sz="4" w:color="D9D9D9"/>
            </w:tcBorders>
            <w:tcMar>
              <w:top w:w="85" w:type="dxa"/>
              <w:left w:w="85" w:type="dxa"/>
              <w:bottom w:w="85" w:type="dxa"/>
              <w:right w:w="85" w:type="dxa"/>
            </w:tcMar>
          </w:tcPr>
          <w:p>
            <w:pPr>
              <w:spacing w:after="20"/>
            </w:pPr>
            <w:r>
              <w:t>Anything started, stopped or changed? Give the date, who advised it if anyone, and any difference from the label or old list</w:t>
            </w:r>
          </w:p>
          <w:p>
            <w:pPr>
              <w:spacing w:after="80" w:line="240" w:lineRule="auto"/>
            </w:pPr>
          </w:p>
        </w:tc>
      </w:tr>
    </w:tbl>
    <w:p>
      <w:pPr>
        <w:pStyle w:val="Heading1"/>
      </w:pPr>
      <w:r>
        <w:t>Medicine or supplement 2</w:t>
      </w:r>
    </w:p>
    <w:tbl>
      <w:tblPr>
        <w:tblW w:type="auto" w:w="0"/>
        <w:tblLayout w:type="fixed"/>
        <w:tblLook w:firstColumn="1" w:firstRow="1" w:lastColumn="0" w:lastRow="0" w:noHBand="0" w:noVBand="1" w:val="04A0"/>
      </w:tblPr>
      <w:tblGrid>
        <w:gridCol w:w="10512"/>
      </w:tblGrid>
      <w:tr>
        <w:trPr>
          <w:trHeight w:val="880" w:hRule="atLeast"/>
          <w:cantSplit/>
        </w:trPr>
        <w:tc>
          <w:tcPr>
            <w:tcW w:type="dxa" w:w="10512"/>
            <w:vAlign w:val="center"/>
            <w:tcBorders>
              <w:top w:val="single" w:sz="4" w:color="D9D9D9"/>
              <w:left w:val="single" w:sz="4" w:color="D9D9D9"/>
              <w:bottom w:val="single" w:sz="4" w:color="D9D9D9"/>
              <w:right w:val="single" w:sz="4" w:color="D9D9D9"/>
              <w:insideH w:val="single" w:sz="4" w:color="D9D9D9"/>
              <w:insideV w:val="single" w:sz="4" w:color="D9D9D9"/>
            </w:tcBorders>
            <w:tcMar>
              <w:top w:w="85" w:type="dxa"/>
              <w:left w:w="85" w:type="dxa"/>
              <w:bottom w:w="85" w:type="dxa"/>
              <w:right w:w="85" w:type="dxa"/>
            </w:tcMar>
          </w:tcPr>
          <w:p>
            <w:pPr>
              <w:spacing w:after="20"/>
            </w:pPr>
            <w:r>
              <w:t>Name, strength on the label, and type such as tablet, liquid or cream</w:t>
            </w:r>
          </w:p>
          <w:p>
            <w:pPr>
              <w:spacing w:after="80" w:line="240" w:lineRule="auto"/>
            </w:pPr>
          </w:p>
        </w:tc>
      </w:tr>
      <w:tr>
        <w:trPr>
          <w:trHeight w:val="880" w:hRule="atLeast"/>
          <w:cantSplit/>
        </w:trPr>
        <w:tc>
          <w:tcPr>
            <w:tcW w:type="dxa" w:w="10512"/>
            <w:vAlign w:val="center"/>
            <w:tcBorders>
              <w:top w:val="single" w:sz="4" w:color="D9D9D9"/>
              <w:left w:val="single" w:sz="4" w:color="D9D9D9"/>
              <w:bottom w:val="single" w:sz="4" w:color="D9D9D9"/>
              <w:right w:val="single" w:sz="4" w:color="D9D9D9"/>
              <w:insideH w:val="single" w:sz="4" w:color="D9D9D9"/>
              <w:insideV w:val="single" w:sz="4" w:color="D9D9D9"/>
            </w:tcBorders>
            <w:tcMar>
              <w:top w:w="85" w:type="dxa"/>
              <w:left w:w="85" w:type="dxa"/>
              <w:bottom w:w="85" w:type="dxa"/>
              <w:right w:w="85" w:type="dxa"/>
            </w:tcMar>
          </w:tcPr>
          <w:p>
            <w:pPr>
              <w:spacing w:after="20"/>
            </w:pPr>
            <w:r>
              <w:t>How much do you actually use, how do you take or apply it, and how often? When did you last use it, if known?</w:t>
            </w:r>
          </w:p>
          <w:p>
            <w:pPr>
              <w:spacing w:after="80" w:line="240" w:lineRule="auto"/>
            </w:pPr>
          </w:p>
        </w:tc>
      </w:tr>
      <w:tr>
        <w:trPr>
          <w:trHeight w:val="880" w:hRule="atLeast"/>
          <w:cantSplit/>
        </w:trPr>
        <w:tc>
          <w:tcPr>
            <w:tcW w:type="dxa" w:w="10512"/>
            <w:vAlign w:val="center"/>
            <w:tcBorders>
              <w:top w:val="single" w:sz="4" w:color="D9D9D9"/>
              <w:left w:val="single" w:sz="4" w:color="D9D9D9"/>
              <w:bottom w:val="single" w:sz="4" w:color="D9D9D9"/>
              <w:right w:val="single" w:sz="4" w:color="D9D9D9"/>
              <w:insideH w:val="single" w:sz="4" w:color="D9D9D9"/>
              <w:insideV w:val="single" w:sz="4" w:color="D9D9D9"/>
            </w:tcBorders>
            <w:tcMar>
              <w:top w:w="85" w:type="dxa"/>
              <w:left w:w="85" w:type="dxa"/>
              <w:bottom w:w="85" w:type="dxa"/>
              <w:right w:w="85" w:type="dxa"/>
            </w:tcMar>
          </w:tcPr>
          <w:p>
            <w:pPr>
              <w:spacing w:after="20"/>
            </w:pPr>
            <w:r>
              <w:t>What is it for, if known? Who prescribed or suggested it? What package or list could you show the team?</w:t>
            </w:r>
          </w:p>
          <w:p>
            <w:pPr>
              <w:spacing w:after="80" w:line="240" w:lineRule="auto"/>
            </w:pPr>
          </w:p>
        </w:tc>
      </w:tr>
      <w:tr>
        <w:trPr>
          <w:trHeight w:val="880" w:hRule="atLeast"/>
          <w:cantSplit/>
        </w:trPr>
        <w:tc>
          <w:tcPr>
            <w:tcW w:type="dxa" w:w="10512"/>
            <w:vAlign w:val="center"/>
            <w:tcBorders>
              <w:top w:val="single" w:sz="4" w:color="D9D9D9"/>
              <w:left w:val="single" w:sz="4" w:color="D9D9D9"/>
              <w:bottom w:val="single" w:sz="4" w:color="D9D9D9"/>
              <w:right w:val="single" w:sz="4" w:color="D9D9D9"/>
              <w:insideH w:val="single" w:sz="4" w:color="D9D9D9"/>
              <w:insideV w:val="single" w:sz="4" w:color="D9D9D9"/>
            </w:tcBorders>
            <w:tcMar>
              <w:top w:w="85" w:type="dxa"/>
              <w:left w:w="85" w:type="dxa"/>
              <w:bottom w:w="85" w:type="dxa"/>
              <w:right w:w="85" w:type="dxa"/>
            </w:tcMar>
          </w:tcPr>
          <w:p>
            <w:pPr>
              <w:spacing w:after="20"/>
            </w:pPr>
            <w:r>
              <w:t>Anything started, stopped or changed? Give the date, who advised it if anyone, and any difference from the label or old list</w:t>
            </w:r>
          </w:p>
          <w:p>
            <w:pPr>
              <w:spacing w:after="80" w:line="240" w:lineRule="auto"/>
            </w:pPr>
          </w:p>
        </w:tc>
      </w:tr>
    </w:tbl>
    <w:p>
      <w:pPr>
        <w:pStyle w:val="Heading1"/>
      </w:pPr>
      <w:r>
        <w:t>Other items</w:t>
      </w:r>
    </w:p>
    <w:tbl>
      <w:tblPr>
        <w:tblW w:type="auto" w:w="0"/>
        <w:tblLayout w:type="fixed"/>
        <w:tblLook w:firstColumn="1" w:firstRow="1" w:lastColumn="0" w:lastRow="0" w:noHBand="0" w:noVBand="1" w:val="04A0"/>
      </w:tblPr>
      <w:tblGrid>
        <w:gridCol w:w="10512"/>
      </w:tblGrid>
      <w:tr>
        <w:trPr>
          <w:trHeight w:val="880" w:hRule="atLeast"/>
          <w:cantSplit/>
        </w:trPr>
        <w:tc>
          <w:tcPr>
            <w:tcW w:type="dxa" w:w="10512"/>
            <w:vAlign w:val="center"/>
            <w:tcBorders>
              <w:top w:val="single" w:sz="4" w:color="D9D9D9"/>
              <w:left w:val="single" w:sz="4" w:color="D9D9D9"/>
              <w:bottom w:val="single" w:sz="4" w:color="D9D9D9"/>
              <w:right w:val="single" w:sz="4" w:color="D9D9D9"/>
              <w:insideH w:val="single" w:sz="4" w:color="D9D9D9"/>
              <w:insideV w:val="single" w:sz="4" w:color="D9D9D9"/>
            </w:tcBorders>
            <w:tcMar>
              <w:top w:w="85" w:type="dxa"/>
              <w:left w:w="85" w:type="dxa"/>
              <w:bottom w:w="85" w:type="dxa"/>
              <w:right w:w="85" w:type="dxa"/>
            </w:tcMar>
          </w:tcPr>
          <w:p>
            <w:pPr>
              <w:spacing w:after="20"/>
            </w:pPr>
            <w:r>
              <w:t>Other medicines or supplements, or details you still need to check</w:t>
            </w:r>
          </w:p>
          <w:p>
            <w:pPr>
              <w:spacing w:after="80" w:line="240" w:lineRule="auto"/>
            </w:pPr>
          </w:p>
        </w:tc>
      </w:tr>
    </w:tbl>
    <w:p>
      <w:pPr>
        <w:pStyle w:val="Title"/>
        <w:pageBreakBefore/>
      </w:pPr>
      <w:r>
        <w:t>Reactions and family history</w:t>
      </w:r>
    </w:p>
    <w:p>
      <w:r>
        <w:rPr>
          <w:sz w:val="18"/>
        </w:rPr>
        <w:t>Name or clinic identifier: ______________________________  Date: ______________</w:t>
      </w:r>
    </w:p>
    <w:p>
      <w:r>
        <w:rPr>
          <w:sz w:val="18"/>
        </w:rPr>
        <w:t>Write unknown, none, prefer to discuss privately, or your answer. Do not leave the team to guess.</w:t>
      </w:r>
    </w:p>
    <w:p>
      <w:r>
        <w:rPr>
          <w:sz w:val="18"/>
        </w:rPr>
        <w:t>Describe what happened. The clinical team decides how to record the reaction. Repeat the rows for additional reactions.</w:t>
      </w:r>
    </w:p>
    <w:p>
      <w:pPr>
        <w:pStyle w:val="Heading1"/>
      </w:pPr>
      <w:r>
        <w:t>Allergy or other reaction 1</w:t>
      </w:r>
    </w:p>
    <w:tbl>
      <w:tblPr>
        <w:tblW w:type="auto" w:w="0"/>
        <w:tblLayout w:type="fixed"/>
        <w:tblLook w:firstColumn="1" w:firstRow="1" w:lastColumn="0" w:lastRow="0" w:noHBand="0" w:noVBand="1" w:val="04A0"/>
      </w:tblPr>
      <w:tblGrid>
        <w:gridCol w:w="10512"/>
      </w:tblGrid>
      <w:tr>
        <w:trPr>
          <w:trHeight w:val="880" w:hRule="atLeast"/>
          <w:cantSplit/>
        </w:trPr>
        <w:tc>
          <w:tcPr>
            <w:tcW w:type="dxa" w:w="10512"/>
            <w:vAlign w:val="center"/>
            <w:tcBorders>
              <w:top w:val="single" w:sz="4" w:color="D9D9D9"/>
              <w:left w:val="single" w:sz="4" w:color="D9D9D9"/>
              <w:bottom w:val="single" w:sz="4" w:color="D9D9D9"/>
              <w:right w:val="single" w:sz="4" w:color="D9D9D9"/>
              <w:insideH w:val="single" w:sz="4" w:color="D9D9D9"/>
              <w:insideV w:val="single" w:sz="4" w:color="D9D9D9"/>
            </w:tcBorders>
            <w:tcMar>
              <w:top w:w="85" w:type="dxa"/>
              <w:left w:w="85" w:type="dxa"/>
              <w:bottom w:w="85" w:type="dxa"/>
              <w:right w:w="85" w:type="dxa"/>
            </w:tcMar>
          </w:tcPr>
          <w:p>
            <w:pPr>
              <w:spacing w:after="20"/>
            </w:pPr>
            <w:r>
              <w:t>Medicine, food or other substance; what happened; approximate date or age</w:t>
            </w:r>
          </w:p>
          <w:p>
            <w:pPr>
              <w:spacing w:after="80" w:line="240" w:lineRule="auto"/>
            </w:pPr>
          </w:p>
        </w:tc>
      </w:tr>
      <w:tr>
        <w:trPr>
          <w:trHeight w:val="880" w:hRule="atLeast"/>
          <w:cantSplit/>
        </w:trPr>
        <w:tc>
          <w:tcPr>
            <w:tcW w:type="dxa" w:w="10512"/>
            <w:vAlign w:val="center"/>
            <w:tcBorders>
              <w:top w:val="single" w:sz="4" w:color="D9D9D9"/>
              <w:left w:val="single" w:sz="4" w:color="D9D9D9"/>
              <w:bottom w:val="single" w:sz="4" w:color="D9D9D9"/>
              <w:right w:val="single" w:sz="4" w:color="D9D9D9"/>
              <w:insideH w:val="single" w:sz="4" w:color="D9D9D9"/>
              <w:insideV w:val="single" w:sz="4" w:color="D9D9D9"/>
            </w:tcBorders>
            <w:tcMar>
              <w:top w:w="85" w:type="dxa"/>
              <w:left w:w="85" w:type="dxa"/>
              <w:bottom w:w="85" w:type="dxa"/>
              <w:right w:w="85" w:type="dxa"/>
            </w:tcMar>
          </w:tcPr>
          <w:p>
            <w:pPr>
              <w:spacing w:after="20"/>
            </w:pPr>
            <w:r>
              <w:t>How soon after taking or touching it? What treatment or emergency care did you receive, if any?</w:t>
            </w:r>
          </w:p>
          <w:p>
            <w:pPr>
              <w:spacing w:after="80" w:line="240" w:lineRule="auto"/>
            </w:pPr>
          </w:p>
        </w:tc>
      </w:tr>
      <w:tr>
        <w:trPr>
          <w:trHeight w:val="880" w:hRule="atLeast"/>
          <w:cantSplit/>
        </w:trPr>
        <w:tc>
          <w:tcPr>
            <w:tcW w:type="dxa" w:w="10512"/>
            <w:vAlign w:val="center"/>
            <w:tcBorders>
              <w:top w:val="single" w:sz="4" w:color="D9D9D9"/>
              <w:left w:val="single" w:sz="4" w:color="D9D9D9"/>
              <w:bottom w:val="single" w:sz="4" w:color="D9D9D9"/>
              <w:right w:val="single" w:sz="4" w:color="D9D9D9"/>
              <w:insideH w:val="single" w:sz="4" w:color="D9D9D9"/>
              <w:insideV w:val="single" w:sz="4" w:color="D9D9D9"/>
            </w:tcBorders>
            <w:tcMar>
              <w:top w:w="85" w:type="dxa"/>
              <w:left w:w="85" w:type="dxa"/>
              <w:bottom w:w="85" w:type="dxa"/>
              <w:right w:w="85" w:type="dxa"/>
            </w:tcMar>
          </w:tcPr>
          <w:p>
            <w:pPr>
              <w:spacing w:after="20"/>
            </w:pPr>
            <w:r>
              <w:t>Who remembers this, and are any records or test results available?</w:t>
            </w:r>
          </w:p>
          <w:p>
            <w:pPr>
              <w:spacing w:after="80" w:line="240" w:lineRule="auto"/>
            </w:pPr>
          </w:p>
        </w:tc>
      </w:tr>
    </w:tbl>
    <w:p>
      <w:pPr>
        <w:pStyle w:val="Heading1"/>
      </w:pPr>
      <w:r>
        <w:t>Allergy or other reaction 2</w:t>
      </w:r>
    </w:p>
    <w:tbl>
      <w:tblPr>
        <w:tblW w:type="auto" w:w="0"/>
        <w:tblLayout w:type="fixed"/>
        <w:tblLook w:firstColumn="1" w:firstRow="1" w:lastColumn="0" w:lastRow="0" w:noHBand="0" w:noVBand="1" w:val="04A0"/>
      </w:tblPr>
      <w:tblGrid>
        <w:gridCol w:w="10512"/>
      </w:tblGrid>
      <w:tr>
        <w:trPr>
          <w:trHeight w:val="880" w:hRule="atLeast"/>
          <w:cantSplit/>
        </w:trPr>
        <w:tc>
          <w:tcPr>
            <w:tcW w:type="dxa" w:w="10512"/>
            <w:vAlign w:val="center"/>
            <w:tcBorders>
              <w:top w:val="single" w:sz="4" w:color="D9D9D9"/>
              <w:left w:val="single" w:sz="4" w:color="D9D9D9"/>
              <w:bottom w:val="single" w:sz="4" w:color="D9D9D9"/>
              <w:right w:val="single" w:sz="4" w:color="D9D9D9"/>
              <w:insideH w:val="single" w:sz="4" w:color="D9D9D9"/>
              <w:insideV w:val="single" w:sz="4" w:color="D9D9D9"/>
            </w:tcBorders>
            <w:tcMar>
              <w:top w:w="85" w:type="dxa"/>
              <w:left w:w="85" w:type="dxa"/>
              <w:bottom w:w="85" w:type="dxa"/>
              <w:right w:w="85" w:type="dxa"/>
            </w:tcMar>
          </w:tcPr>
          <w:p>
            <w:pPr>
              <w:spacing w:after="20"/>
            </w:pPr>
            <w:r>
              <w:t>Medicine, food or other substance; what happened; approximate date or age</w:t>
            </w:r>
          </w:p>
          <w:p>
            <w:pPr>
              <w:spacing w:after="80" w:line="240" w:lineRule="auto"/>
            </w:pPr>
          </w:p>
        </w:tc>
      </w:tr>
      <w:tr>
        <w:trPr>
          <w:trHeight w:val="880" w:hRule="atLeast"/>
          <w:cantSplit/>
        </w:trPr>
        <w:tc>
          <w:tcPr>
            <w:tcW w:type="dxa" w:w="10512"/>
            <w:vAlign w:val="center"/>
            <w:tcBorders>
              <w:top w:val="single" w:sz="4" w:color="D9D9D9"/>
              <w:left w:val="single" w:sz="4" w:color="D9D9D9"/>
              <w:bottom w:val="single" w:sz="4" w:color="D9D9D9"/>
              <w:right w:val="single" w:sz="4" w:color="D9D9D9"/>
              <w:insideH w:val="single" w:sz="4" w:color="D9D9D9"/>
              <w:insideV w:val="single" w:sz="4" w:color="D9D9D9"/>
            </w:tcBorders>
            <w:tcMar>
              <w:top w:w="85" w:type="dxa"/>
              <w:left w:w="85" w:type="dxa"/>
              <w:bottom w:w="85" w:type="dxa"/>
              <w:right w:w="85" w:type="dxa"/>
            </w:tcMar>
          </w:tcPr>
          <w:p>
            <w:pPr>
              <w:spacing w:after="20"/>
            </w:pPr>
            <w:r>
              <w:t>How soon after taking or touching it? What treatment or emergency care did you receive, if any?</w:t>
            </w:r>
          </w:p>
          <w:p>
            <w:pPr>
              <w:spacing w:after="80" w:line="240" w:lineRule="auto"/>
            </w:pPr>
          </w:p>
        </w:tc>
      </w:tr>
      <w:tr>
        <w:trPr>
          <w:trHeight w:val="880" w:hRule="atLeast"/>
          <w:cantSplit/>
        </w:trPr>
        <w:tc>
          <w:tcPr>
            <w:tcW w:type="dxa" w:w="10512"/>
            <w:vAlign w:val="center"/>
            <w:tcBorders>
              <w:top w:val="single" w:sz="4" w:color="D9D9D9"/>
              <w:left w:val="single" w:sz="4" w:color="D9D9D9"/>
              <w:bottom w:val="single" w:sz="4" w:color="D9D9D9"/>
              <w:right w:val="single" w:sz="4" w:color="D9D9D9"/>
              <w:insideH w:val="single" w:sz="4" w:color="D9D9D9"/>
              <w:insideV w:val="single" w:sz="4" w:color="D9D9D9"/>
            </w:tcBorders>
            <w:tcMar>
              <w:top w:w="85" w:type="dxa"/>
              <w:left w:w="85" w:type="dxa"/>
              <w:bottom w:w="85" w:type="dxa"/>
              <w:right w:w="85" w:type="dxa"/>
            </w:tcMar>
          </w:tcPr>
          <w:p>
            <w:pPr>
              <w:spacing w:after="20"/>
            </w:pPr>
            <w:r>
              <w:t>Who remembers this, and are any records or test results available?</w:t>
            </w:r>
          </w:p>
          <w:p>
            <w:pPr>
              <w:spacing w:after="80" w:line="240" w:lineRule="auto"/>
            </w:pPr>
          </w:p>
        </w:tc>
      </w:tr>
    </w:tbl>
    <w:p>
      <w:r>
        <w:rPr>
          <w:sz w:val="18"/>
        </w:rPr>
        <w:t>Use relationships rather than relatives' names. The separate family worksheet has room for more detail.</w:t>
      </w:r>
    </w:p>
    <w:p>
      <w:pPr>
        <w:pStyle w:val="Heading1"/>
      </w:pPr>
      <w:r>
        <w:t>Family history summary</w:t>
      </w:r>
    </w:p>
    <w:tbl>
      <w:tblPr>
        <w:tblW w:type="auto" w:w="0"/>
        <w:tblLayout w:type="fixed"/>
        <w:tblLook w:firstColumn="1" w:firstRow="1" w:lastColumn="0" w:lastRow="0" w:noHBand="0" w:noVBand="1" w:val="04A0"/>
      </w:tblPr>
      <w:tblGrid>
        <w:gridCol w:w="10512"/>
      </w:tblGrid>
      <w:tr>
        <w:trPr>
          <w:trHeight w:val="880" w:hRule="atLeast"/>
          <w:cantSplit/>
        </w:trPr>
        <w:tc>
          <w:tcPr>
            <w:tcW w:type="dxa" w:w="10512"/>
            <w:vAlign w:val="center"/>
            <w:tcBorders>
              <w:top w:val="single" w:sz="4" w:color="D9D9D9"/>
              <w:left w:val="single" w:sz="4" w:color="D9D9D9"/>
              <w:bottom w:val="single" w:sz="4" w:color="D9D9D9"/>
              <w:right w:val="single" w:sz="4" w:color="D9D9D9"/>
              <w:insideH w:val="single" w:sz="4" w:color="D9D9D9"/>
              <w:insideV w:val="single" w:sz="4" w:color="D9D9D9"/>
            </w:tcBorders>
            <w:tcMar>
              <w:top w:w="85" w:type="dxa"/>
              <w:left w:w="85" w:type="dxa"/>
              <w:bottom w:w="85" w:type="dxa"/>
              <w:right w:w="85" w:type="dxa"/>
            </w:tcMar>
          </w:tcPr>
          <w:p>
            <w:pPr>
              <w:spacing w:after="20"/>
            </w:pPr>
            <w:r>
              <w:t>Which biological relatives have health conditions? Give the relationship, condition and approximate age at diagnosis</w:t>
            </w:r>
          </w:p>
          <w:p>
            <w:pPr>
              <w:spacing w:after="80" w:line="240" w:lineRule="auto"/>
            </w:pPr>
          </w:p>
        </w:tc>
      </w:tr>
      <w:tr>
        <w:trPr>
          <w:trHeight w:val="880" w:hRule="atLeast"/>
          <w:cantSplit/>
        </w:trPr>
        <w:tc>
          <w:tcPr>
            <w:tcW w:type="dxa" w:w="10512"/>
            <w:vAlign w:val="center"/>
            <w:tcBorders>
              <w:top w:val="single" w:sz="4" w:color="D9D9D9"/>
              <w:left w:val="single" w:sz="4" w:color="D9D9D9"/>
              <w:bottom w:val="single" w:sz="4" w:color="D9D9D9"/>
              <w:right w:val="single" w:sz="4" w:color="D9D9D9"/>
              <w:insideH w:val="single" w:sz="4" w:color="D9D9D9"/>
              <w:insideV w:val="single" w:sz="4" w:color="D9D9D9"/>
            </w:tcBorders>
            <w:tcMar>
              <w:top w:w="85" w:type="dxa"/>
              <w:left w:w="85" w:type="dxa"/>
              <w:bottom w:w="85" w:type="dxa"/>
              <w:right w:w="85" w:type="dxa"/>
            </w:tcMar>
          </w:tcPr>
          <w:p>
            <w:pPr>
              <w:spacing w:after="20"/>
            </w:pPr>
            <w:r>
              <w:t>Who supplied this information? Any ages or causes of death known?</w:t>
            </w:r>
          </w:p>
          <w:p>
            <w:pPr>
              <w:spacing w:after="80" w:line="240" w:lineRule="auto"/>
            </w:pPr>
          </w:p>
        </w:tc>
      </w:tr>
      <w:tr>
        <w:trPr>
          <w:trHeight w:val="880" w:hRule="atLeast"/>
          <w:cantSplit/>
        </w:trPr>
        <w:tc>
          <w:tcPr>
            <w:tcW w:type="dxa" w:w="10512"/>
            <w:vAlign w:val="center"/>
            <w:tcBorders>
              <w:top w:val="single" w:sz="4" w:color="D9D9D9"/>
              <w:left w:val="single" w:sz="4" w:color="D9D9D9"/>
              <w:bottom w:val="single" w:sz="4" w:color="D9D9D9"/>
              <w:right w:val="single" w:sz="4" w:color="D9D9D9"/>
              <w:insideH w:val="single" w:sz="4" w:color="D9D9D9"/>
              <w:insideV w:val="single" w:sz="4" w:color="D9D9D9"/>
            </w:tcBorders>
            <w:tcMar>
              <w:top w:w="85" w:type="dxa"/>
              <w:left w:w="85" w:type="dxa"/>
              <w:bottom w:w="85" w:type="dxa"/>
              <w:right w:w="85" w:type="dxa"/>
            </w:tcMar>
          </w:tcPr>
          <w:p>
            <w:pPr>
              <w:spacing w:after="20"/>
            </w:pPr>
            <w:r>
              <w:t>What family information is unknown or unavailable? You do not have to explain why</w:t>
            </w:r>
          </w:p>
          <w:p>
            <w:pPr>
              <w:spacing w:after="80" w:line="240" w:lineRule="auto"/>
            </w:pPr>
          </w:p>
        </w:tc>
      </w:tr>
    </w:tbl>
    <w:p>
      <w:pPr>
        <w:pStyle w:val="Title"/>
        <w:pageBreakBefore/>
      </w:pPr>
      <w:r>
        <w:t>Daily life and private questions</w:t>
      </w:r>
    </w:p>
    <w:p>
      <w:r>
        <w:rPr>
          <w:sz w:val="18"/>
        </w:rPr>
        <w:t>Name or clinic identifier: ______________________________  Date: ______________</w:t>
      </w:r>
    </w:p>
    <w:p>
      <w:r>
        <w:rPr>
          <w:sz w:val="18"/>
        </w:rPr>
        <w:t>Write unknown, none, prefer to discuss privately, or your answer. Do not leave the team to guess.</w:t>
      </w:r>
    </w:p>
    <w:p>
      <w:r>
        <w:rPr>
          <w:sz w:val="18"/>
        </w:rPr>
        <w:t>You may write prefer to discuss privately or decline a question. Tell the clinic about help you need returning the form.</w:t>
      </w:r>
    </w:p>
    <w:p>
      <w:pPr>
        <w:pStyle w:val="Heading1"/>
      </w:pPr>
      <w:r>
        <w:t>What matters for your care</w:t>
      </w:r>
    </w:p>
    <w:tbl>
      <w:tblPr>
        <w:tblW w:type="auto" w:w="0"/>
        <w:tblLayout w:type="fixed"/>
        <w:tblLook w:firstColumn="1" w:firstRow="1" w:lastColumn="0" w:lastRow="0" w:noHBand="0" w:noVBand="1" w:val="04A0"/>
      </w:tblPr>
      <w:tblGrid>
        <w:gridCol w:w="10512"/>
      </w:tblGrid>
      <w:tr>
        <w:trPr>
          <w:trHeight w:val="880" w:hRule="atLeast"/>
          <w:cantSplit/>
        </w:trPr>
        <w:tc>
          <w:tcPr>
            <w:tcW w:type="dxa" w:w="10512"/>
            <w:vAlign w:val="center"/>
            <w:tcBorders>
              <w:top w:val="single" w:sz="4" w:color="D9D9D9"/>
              <w:left w:val="single" w:sz="4" w:color="D9D9D9"/>
              <w:bottom w:val="single" w:sz="4" w:color="D9D9D9"/>
              <w:right w:val="single" w:sz="4" w:color="D9D9D9"/>
              <w:insideH w:val="single" w:sz="4" w:color="D9D9D9"/>
              <w:insideV w:val="single" w:sz="4" w:color="D9D9D9"/>
            </w:tcBorders>
            <w:tcMar>
              <w:top w:w="85" w:type="dxa"/>
              <w:left w:w="85" w:type="dxa"/>
              <w:bottom w:w="85" w:type="dxa"/>
              <w:right w:w="85" w:type="dxa"/>
            </w:tcMar>
          </w:tcPr>
          <w:p>
            <w:pPr>
              <w:spacing w:after="20"/>
            </w:pPr>
            <w:r>
              <w:t>Living situation, people who help you, and anyone you care for</w:t>
            </w:r>
          </w:p>
          <w:p>
            <w:pPr>
              <w:spacing w:after="80" w:line="240" w:lineRule="auto"/>
            </w:pPr>
          </w:p>
        </w:tc>
      </w:tr>
      <w:tr>
        <w:trPr>
          <w:trHeight w:val="880" w:hRule="atLeast"/>
          <w:cantSplit/>
        </w:trPr>
        <w:tc>
          <w:tcPr>
            <w:tcW w:type="dxa" w:w="10512"/>
            <w:vAlign w:val="center"/>
            <w:tcBorders>
              <w:top w:val="single" w:sz="4" w:color="D9D9D9"/>
              <w:left w:val="single" w:sz="4" w:color="D9D9D9"/>
              <w:bottom w:val="single" w:sz="4" w:color="D9D9D9"/>
              <w:right w:val="single" w:sz="4" w:color="D9D9D9"/>
              <w:insideH w:val="single" w:sz="4" w:color="D9D9D9"/>
              <w:insideV w:val="single" w:sz="4" w:color="D9D9D9"/>
            </w:tcBorders>
            <w:tcMar>
              <w:top w:w="85" w:type="dxa"/>
              <w:left w:w="85" w:type="dxa"/>
              <w:bottom w:w="85" w:type="dxa"/>
              <w:right w:w="85" w:type="dxa"/>
            </w:tcMar>
          </w:tcPr>
          <w:p>
            <w:pPr>
              <w:spacing w:after="20"/>
            </w:pPr>
            <w:r>
              <w:t>Work or study, and anything you are exposed to that you want to discuss</w:t>
            </w:r>
          </w:p>
          <w:p>
            <w:pPr>
              <w:spacing w:after="80" w:line="240" w:lineRule="auto"/>
            </w:pPr>
          </w:p>
        </w:tc>
      </w:tr>
      <w:tr>
        <w:trPr>
          <w:trHeight w:val="880" w:hRule="atLeast"/>
          <w:cantSplit/>
        </w:trPr>
        <w:tc>
          <w:tcPr>
            <w:tcW w:type="dxa" w:w="10512"/>
            <w:vAlign w:val="center"/>
            <w:tcBorders>
              <w:top w:val="single" w:sz="4" w:color="D9D9D9"/>
              <w:left w:val="single" w:sz="4" w:color="D9D9D9"/>
              <w:bottom w:val="single" w:sz="4" w:color="D9D9D9"/>
              <w:right w:val="single" w:sz="4" w:color="D9D9D9"/>
              <w:insideH w:val="single" w:sz="4" w:color="D9D9D9"/>
              <w:insideV w:val="single" w:sz="4" w:color="D9D9D9"/>
            </w:tcBorders>
            <w:tcMar>
              <w:top w:w="85" w:type="dxa"/>
              <w:left w:w="85" w:type="dxa"/>
              <w:bottom w:w="85" w:type="dxa"/>
              <w:right w:w="85" w:type="dxa"/>
            </w:tcMar>
          </w:tcPr>
          <w:p>
            <w:pPr>
              <w:spacing w:after="20"/>
            </w:pPr>
            <w:r>
              <w:t>Any difficulty with transport, food, housing, medicine costs or getting care?</w:t>
            </w:r>
          </w:p>
          <w:p>
            <w:pPr>
              <w:spacing w:after="80" w:line="240" w:lineRule="auto"/>
            </w:pPr>
          </w:p>
        </w:tc>
      </w:tr>
      <w:tr>
        <w:trPr>
          <w:trHeight w:val="880" w:hRule="atLeast"/>
          <w:cantSplit/>
        </w:trPr>
        <w:tc>
          <w:tcPr>
            <w:tcW w:type="dxa" w:w="10512"/>
            <w:vAlign w:val="center"/>
            <w:tcBorders>
              <w:top w:val="single" w:sz="4" w:color="D9D9D9"/>
              <w:left w:val="single" w:sz="4" w:color="D9D9D9"/>
              <w:bottom w:val="single" w:sz="4" w:color="D9D9D9"/>
              <w:right w:val="single" w:sz="4" w:color="D9D9D9"/>
              <w:insideH w:val="single" w:sz="4" w:color="D9D9D9"/>
              <w:insideV w:val="single" w:sz="4" w:color="D9D9D9"/>
            </w:tcBorders>
            <w:tcMar>
              <w:top w:w="85" w:type="dxa"/>
              <w:left w:w="85" w:type="dxa"/>
              <w:bottom w:w="85" w:type="dxa"/>
              <w:right w:w="85" w:type="dxa"/>
            </w:tcMar>
          </w:tcPr>
          <w:p>
            <w:pPr>
              <w:spacing w:after="20"/>
            </w:pPr>
            <w:r>
              <w:t>Sleep, activity, food or everyday tasks you would like help with</w:t>
            </w:r>
          </w:p>
          <w:p>
            <w:pPr>
              <w:spacing w:after="80" w:line="240" w:lineRule="auto"/>
            </w:pPr>
          </w:p>
        </w:tc>
      </w:tr>
      <w:tr>
        <w:trPr>
          <w:trHeight w:val="880" w:hRule="atLeast"/>
          <w:cantSplit/>
        </w:trPr>
        <w:tc>
          <w:tcPr>
            <w:tcW w:type="dxa" w:w="10512"/>
            <w:vAlign w:val="center"/>
            <w:tcBorders>
              <w:top w:val="single" w:sz="4" w:color="D9D9D9"/>
              <w:left w:val="single" w:sz="4" w:color="D9D9D9"/>
              <w:bottom w:val="single" w:sz="4" w:color="D9D9D9"/>
              <w:right w:val="single" w:sz="4" w:color="D9D9D9"/>
              <w:insideH w:val="single" w:sz="4" w:color="D9D9D9"/>
              <w:insideV w:val="single" w:sz="4" w:color="D9D9D9"/>
            </w:tcBorders>
            <w:tcMar>
              <w:top w:w="85" w:type="dxa"/>
              <w:left w:w="85" w:type="dxa"/>
              <w:bottom w:w="85" w:type="dxa"/>
              <w:right w:w="85" w:type="dxa"/>
            </w:tcMar>
          </w:tcPr>
          <w:p>
            <w:pPr>
              <w:spacing w:after="20"/>
            </w:pPr>
            <w:r>
              <w:t>Tobacco or nicotine, alcohol, or other substance use now or in the past: what, how much, how often, and when last used or stopped?</w:t>
            </w:r>
          </w:p>
          <w:p>
            <w:pPr>
              <w:spacing w:after="80" w:line="240" w:lineRule="auto"/>
            </w:pPr>
          </w:p>
        </w:tc>
      </w:tr>
      <w:tr>
        <w:trPr>
          <w:trHeight w:val="880" w:hRule="atLeast"/>
          <w:cantSplit/>
        </w:trPr>
        <w:tc>
          <w:tcPr>
            <w:tcW w:type="dxa" w:w="10512"/>
            <w:vAlign w:val="center"/>
            <w:tcBorders>
              <w:top w:val="single" w:sz="4" w:color="D9D9D9"/>
              <w:left w:val="single" w:sz="4" w:color="D9D9D9"/>
              <w:bottom w:val="single" w:sz="4" w:color="D9D9D9"/>
              <w:right w:val="single" w:sz="4" w:color="D9D9D9"/>
              <w:insideH w:val="single" w:sz="4" w:color="D9D9D9"/>
              <w:insideV w:val="single" w:sz="4" w:color="D9D9D9"/>
            </w:tcBorders>
            <w:tcMar>
              <w:top w:w="85" w:type="dxa"/>
              <w:left w:w="85" w:type="dxa"/>
              <w:bottom w:w="85" w:type="dxa"/>
              <w:right w:w="85" w:type="dxa"/>
            </w:tcMar>
          </w:tcPr>
          <w:p>
            <w:pPr>
              <w:spacing w:after="20"/>
            </w:pPr>
            <w:r>
              <w:t>Anything about safety, relationships, sexual health or other personal matters you would rather discuss privately?</w:t>
            </w:r>
          </w:p>
          <w:p>
            <w:pPr>
              <w:spacing w:after="80" w:line="240" w:lineRule="auto"/>
            </w:pPr>
          </w:p>
        </w:tc>
      </w:tr>
      <w:tr>
        <w:trPr>
          <w:trHeight w:val="880" w:hRule="atLeast"/>
          <w:cantSplit/>
        </w:trPr>
        <w:tc>
          <w:tcPr>
            <w:tcW w:type="dxa" w:w="10512"/>
            <w:vAlign w:val="center"/>
            <w:tcBorders>
              <w:top w:val="single" w:sz="4" w:color="D9D9D9"/>
              <w:left w:val="single" w:sz="4" w:color="D9D9D9"/>
              <w:bottom w:val="single" w:sz="4" w:color="D9D9D9"/>
              <w:right w:val="single" w:sz="4" w:color="D9D9D9"/>
              <w:insideH w:val="single" w:sz="4" w:color="D9D9D9"/>
              <w:insideV w:val="single" w:sz="4" w:color="D9D9D9"/>
            </w:tcBorders>
            <w:tcMar>
              <w:top w:w="85" w:type="dxa"/>
              <w:left w:w="85" w:type="dxa"/>
              <w:bottom w:w="85" w:type="dxa"/>
              <w:right w:w="85" w:type="dxa"/>
            </w:tcMar>
          </w:tcPr>
          <w:p>
            <w:pPr>
              <w:spacing w:after="20"/>
            </w:pPr>
            <w:r>
              <w:t>Anything else you are unsure of, chose not to answer, or want the team to ask you about?</w:t>
            </w:r>
          </w:p>
          <w:p>
            <w:pPr>
              <w:spacing w:after="80" w:line="240" w:lineRule="auto"/>
            </w:pPr>
          </w:p>
        </w:tc>
      </w:tr>
    </w:tbl>
    <w:sectPr w:rsidR="00FC693F" w:rsidRPr="0006063C" w:rsidSect="00034616">
      <w:footerReference w:type="default" r:id="rId9"/>
      <w:pgSz w:w="12240" w:h="15840"/>
      <w:pgMar w:top="720" w:right="864" w:bottom="821" w:left="864" w:header="720"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Vero Scribe | Updated October 21 2026 | Keep completed copies private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0"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Arial" w:hAnsi="Arial"/>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history form</dc:title>
  <dc:subject/>
  <dc:creator>Vero Scribe</dc:creator>
  <cp:keywords/>
  <dc:description/>
  <cp:lastModifiedBy/>
  <cp:revision>1</cp:revision>
  <dcterms:created xsi:type="dcterms:W3CDTF">2013-12-23T23:15:00Z</dcterms:created>
  <dcterms:modified xsi:type="dcterms:W3CDTF">2013-12-23T23:15:00Z</dcterms:modified>
  <cp:category/>
</cp:coreProperties>
</file>